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– זמנים, בניינים ופעיל-סביל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ולהטות פעלים בזמן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פועל פעיל לפועל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פעלים מגזרת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יפנו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האחרונה שלו משתנה לפי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זמן עתיד יכול להתחיל גם באותיות א, י,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נפעל הוא לרוב הצורה הסבילה של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הוא נהגה ונכתב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בפעיל מישהו עושה פעולה, בסביל הפעולה נעשית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בזמן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פעיל לפועל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השתמש נכון בשלושת הזמנים: בנה/בנתה, בונה,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הילד שובר את הכוס / הכוס נשברת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 - מישהו עושה, סביל - נעשה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בנה, קנה, רצה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השינוי באות האחרונה בגזרת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– זמנים, בניינים ופעיל-סביל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על הפועל בעברית. נלמד איך אומרים את אותה מילה בעבר, בהווה ובעתיד. נלמד גם מילים כמו בנה וקנה.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שקרה כבר, למשל: קניתי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שקורה עכשיו, למשל: קונה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שיקרה, למשל: אקנה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של הפועל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הפעולה נעשית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ל״י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שהאות האחרונה שלהם היא י או נעלמת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 לעבר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הנכונה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יקנו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הנכונה לעבר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מילת הסביל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הנכונה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תבנית מתארת פעולה שנעשתה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"בנה" שייך לגזרת ל״י.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עתיד תמיד מתחיל באות 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הפועל מבטא בדרך כלל פעולה סבילה.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"קנה" בזמן הווה הוא "קונה".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הבדל בין פועל פעיל לפועל סביל.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בזמן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אתמול אני __________ (לקנות) מתנה.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מחר הם __________ (לבנות) בית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 (לרצות) ללמוד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__________ (להיבנות) בשנה שעברה.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הם __________ (לפנות) למורה בשאלה.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פעיל לפועל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בעבר, אחד בהווה ואחד בעתיד, עם הפועל "לבנות".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בפועל פעיל ומשפט מקביל באותו פועל בצורה סבילה.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פועל פעיל לפועל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לפועל מגזרת ל״י בזמן עבר.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בניין מבטא בדרך כלל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 – זמנים, בניינים ופעיל-סביל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