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– זמנים, בניינים ופעיל-סביל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ולהטות פעלים בזמן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פועל פעיל לפועל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פעלים מגזרת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האחרונה שלו משתנה לפי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זמן עתיד יכול להתחיל גם באותיות א, י,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נפעל הוא לרוב הצורה הסבילה של 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בזמן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פעיל לפועל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השתמש נכון בשלושת הזמנים: בנה/בנתה, בונה, יבנה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 - מישהו עושה, סביל - נעשה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בנה, קנה, רצה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השינוי באות האחרונה בגזרת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– זמנים, בניינים ופעיל-סביל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מערכת הפועל בעברית: איך הפועל משתנה בזמנים שונים, מה ההבדל בין פעיל לסביל, ואיך מתנהגים פעלים מגזרת ל״י כמו בנה וקנה.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קניתי  ·  יבנו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"היא בונה מגדל." ← אתמול היא ___ מגדל.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"אנחנו קונים ספר." ← מחר אנחנו ___ ספר.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"בנה" שייך לגזרת ל״י.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זמן עתיד תמיד מתחיל באות 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נפעל הפועל מבטא בדרך כלל פעולה סבילה.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הפועל בזמן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אתמול אני __________ (לקנות) מתנה.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מחר הם __________ (לבנות) בית 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פועל פעיל לפועל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נקנה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אחד בעבר, אחד בהווה ואחד בעתיד, עם הפועל "לבנות".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פועל פעיל לפועל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לפועל מגזרת ל״י בזמן עבר.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 – זמנים, בניינים ופעיל-סביל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